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78939" w14:textId="77777777" w:rsidR="00D21CC6" w:rsidRPr="00B85D3A" w:rsidRDefault="00000000">
      <w:pPr>
        <w:spacing w:after="240"/>
        <w:jc w:val="center"/>
        <w:rPr>
          <w:rFonts w:ascii="Montserrat" w:hAnsi="Montserrat"/>
          <w:sz w:val="36"/>
          <w:szCs w:val="36"/>
        </w:rPr>
      </w:pPr>
      <w:r w:rsidRPr="00B85D3A">
        <w:rPr>
          <w:rFonts w:ascii="Montserrat" w:hAnsi="Montserrat"/>
          <w:b/>
          <w:sz w:val="36"/>
          <w:szCs w:val="36"/>
        </w:rPr>
        <w:t>FORMULARZ OFERTOWY</w:t>
      </w:r>
    </w:p>
    <w:p w14:paraId="1E583011" w14:textId="77777777" w:rsidR="00D21CC6" w:rsidRPr="00B85D3A" w:rsidRDefault="00000000">
      <w:pPr>
        <w:spacing w:after="40"/>
        <w:rPr>
          <w:rFonts w:ascii="Montserrat" w:hAnsi="Montserrat"/>
          <w:sz w:val="18"/>
          <w:szCs w:val="18"/>
        </w:rPr>
      </w:pPr>
      <w:r w:rsidRPr="00B85D3A">
        <w:rPr>
          <w:rFonts w:ascii="Montserrat" w:hAnsi="Montserrat"/>
          <w:b/>
          <w:sz w:val="18"/>
          <w:szCs w:val="18"/>
        </w:rPr>
        <w:t>Nazwa / imię i nazwisko oraz adres oferenta: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24"/>
      </w:tblGrid>
      <w:tr w:rsidR="00D21CC6" w:rsidRPr="00B85D3A" w14:paraId="751B8448" w14:textId="77777777">
        <w:tc>
          <w:tcPr>
            <w:tcW w:w="9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CC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13C032" w14:textId="77777777" w:rsidR="00452687" w:rsidRDefault="00000000" w:rsidP="00B85D3A">
            <w:pPr>
              <w:spacing w:after="0"/>
              <w:rPr>
                <w:rFonts w:ascii="Montserrat" w:hAnsi="Montserrat"/>
                <w:sz w:val="18"/>
                <w:szCs w:val="18"/>
              </w:rPr>
            </w:pPr>
            <w:r w:rsidRPr="00B85D3A">
              <w:rPr>
                <w:rFonts w:ascii="Montserrat" w:hAnsi="Montserrat"/>
                <w:sz w:val="18"/>
                <w:szCs w:val="18"/>
              </w:rPr>
              <w:br/>
            </w:r>
          </w:p>
          <w:p w14:paraId="097AD346" w14:textId="77777777" w:rsidR="00452687" w:rsidRDefault="00452687" w:rsidP="00B85D3A">
            <w:pPr>
              <w:spacing w:after="0"/>
              <w:rPr>
                <w:rFonts w:ascii="Montserrat" w:hAnsi="Montserrat"/>
                <w:sz w:val="18"/>
                <w:szCs w:val="18"/>
              </w:rPr>
            </w:pPr>
          </w:p>
          <w:p w14:paraId="3838C648" w14:textId="0BC11622" w:rsidR="00D21CC6" w:rsidRPr="00B85D3A" w:rsidRDefault="00000000" w:rsidP="00B85D3A">
            <w:pPr>
              <w:spacing w:after="0"/>
              <w:rPr>
                <w:rFonts w:ascii="Montserrat" w:hAnsi="Montserrat"/>
                <w:sz w:val="18"/>
                <w:szCs w:val="18"/>
              </w:rPr>
            </w:pPr>
            <w:r w:rsidRPr="00B85D3A">
              <w:rPr>
                <w:rFonts w:ascii="Montserrat" w:hAnsi="Montserrat"/>
                <w:sz w:val="18"/>
                <w:szCs w:val="18"/>
              </w:rPr>
              <w:br/>
            </w:r>
          </w:p>
        </w:tc>
      </w:tr>
    </w:tbl>
    <w:p w14:paraId="3BAEACFA" w14:textId="77777777" w:rsidR="00D21CC6" w:rsidRPr="00B85D3A" w:rsidRDefault="00D21CC6">
      <w:pPr>
        <w:spacing w:after="0"/>
        <w:rPr>
          <w:rFonts w:ascii="Montserrat" w:hAnsi="Montserrat"/>
          <w:sz w:val="18"/>
          <w:szCs w:val="18"/>
        </w:rPr>
      </w:pPr>
    </w:p>
    <w:p w14:paraId="372EBF2C" w14:textId="77777777" w:rsidR="00D21CC6" w:rsidRPr="00B85D3A" w:rsidRDefault="00000000">
      <w:pPr>
        <w:spacing w:after="40"/>
        <w:rPr>
          <w:rFonts w:ascii="Montserrat" w:hAnsi="Montserrat"/>
          <w:sz w:val="18"/>
          <w:szCs w:val="18"/>
        </w:rPr>
      </w:pPr>
      <w:r w:rsidRPr="00B85D3A">
        <w:rPr>
          <w:rFonts w:ascii="Montserrat" w:hAnsi="Montserrat"/>
          <w:b/>
          <w:sz w:val="18"/>
          <w:szCs w:val="18"/>
        </w:rPr>
        <w:t>Dane kontaktowe oferenta (telefon, e-mail):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24"/>
      </w:tblGrid>
      <w:tr w:rsidR="00D21CC6" w:rsidRPr="00B85D3A" w14:paraId="2C408E3F" w14:textId="77777777">
        <w:tc>
          <w:tcPr>
            <w:tcW w:w="9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CC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68D859" w14:textId="0A2496B0" w:rsidR="00D21CC6" w:rsidRPr="00B85D3A" w:rsidRDefault="00D21CC6">
            <w:pPr>
              <w:spacing w:after="0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439DDE67" w14:textId="77777777" w:rsidR="00D21CC6" w:rsidRPr="00B85D3A" w:rsidRDefault="00D21CC6">
      <w:pPr>
        <w:spacing w:after="0"/>
        <w:rPr>
          <w:rFonts w:ascii="Montserrat" w:hAnsi="Montserrat"/>
          <w:sz w:val="18"/>
          <w:szCs w:val="18"/>
        </w:rPr>
      </w:pPr>
    </w:p>
    <w:p w14:paraId="1A69F541" w14:textId="33438B4C" w:rsidR="00D21CC6" w:rsidRPr="00B85D3A" w:rsidRDefault="00000000">
      <w:pPr>
        <w:spacing w:before="100" w:after="100"/>
        <w:rPr>
          <w:rFonts w:ascii="Montserrat" w:hAnsi="Montserrat"/>
          <w:sz w:val="18"/>
          <w:szCs w:val="18"/>
        </w:rPr>
      </w:pPr>
      <w:r w:rsidRPr="00B85D3A">
        <w:rPr>
          <w:rFonts w:ascii="Montserrat" w:hAnsi="Montserrat"/>
          <w:b/>
          <w:sz w:val="18"/>
          <w:szCs w:val="18"/>
        </w:rPr>
        <w:t xml:space="preserve">Oferuję wykonanie przedmiotu zamówienia, tj. kompleksowej usługi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koordynacji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projektu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„</w:t>
      </w:r>
      <w:proofErr w:type="spellStart"/>
      <w:r w:rsidR="00452687">
        <w:rPr>
          <w:rFonts w:ascii="Montserrat" w:hAnsi="Montserrat"/>
          <w:b/>
          <w:sz w:val="18"/>
          <w:szCs w:val="18"/>
        </w:rPr>
        <w:t>Młodzi</w:t>
      </w:r>
      <w:proofErr w:type="spellEnd"/>
      <w:r w:rsidR="00452687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="00452687">
        <w:rPr>
          <w:rFonts w:ascii="Montserrat" w:hAnsi="Montserrat"/>
          <w:b/>
          <w:sz w:val="18"/>
          <w:szCs w:val="18"/>
        </w:rPr>
        <w:t>mają</w:t>
      </w:r>
      <w:proofErr w:type="spellEnd"/>
      <w:r w:rsidR="00452687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="00452687">
        <w:rPr>
          <w:rFonts w:ascii="Montserrat" w:hAnsi="Montserrat"/>
          <w:b/>
          <w:sz w:val="18"/>
          <w:szCs w:val="18"/>
        </w:rPr>
        <w:t>głos</w:t>
      </w:r>
      <w:proofErr w:type="spellEnd"/>
      <w:r w:rsidR="00452687">
        <w:rPr>
          <w:rFonts w:ascii="Montserrat" w:hAnsi="Montserrat"/>
          <w:b/>
          <w:sz w:val="18"/>
          <w:szCs w:val="18"/>
        </w:rPr>
        <w:t xml:space="preserve"> – </w:t>
      </w:r>
      <w:proofErr w:type="spellStart"/>
      <w:r w:rsidR="00452687">
        <w:rPr>
          <w:rFonts w:ascii="Montserrat" w:hAnsi="Montserrat"/>
          <w:b/>
          <w:sz w:val="18"/>
          <w:szCs w:val="18"/>
        </w:rPr>
        <w:t>samorządy</w:t>
      </w:r>
      <w:proofErr w:type="spellEnd"/>
      <w:r w:rsidR="00452687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="00452687">
        <w:rPr>
          <w:rFonts w:ascii="Montserrat" w:hAnsi="Montserrat"/>
          <w:b/>
          <w:sz w:val="18"/>
          <w:szCs w:val="18"/>
        </w:rPr>
        <w:t>uczniowskie</w:t>
      </w:r>
      <w:proofErr w:type="spellEnd"/>
      <w:r w:rsidR="00452687">
        <w:rPr>
          <w:rFonts w:ascii="Montserrat" w:hAnsi="Montserrat"/>
          <w:b/>
          <w:sz w:val="18"/>
          <w:szCs w:val="18"/>
        </w:rPr>
        <w:t xml:space="preserve"> w </w:t>
      </w:r>
      <w:proofErr w:type="spellStart"/>
      <w:r w:rsidR="00452687">
        <w:rPr>
          <w:rFonts w:ascii="Montserrat" w:hAnsi="Montserrat"/>
          <w:b/>
          <w:sz w:val="18"/>
          <w:szCs w:val="18"/>
        </w:rPr>
        <w:t>działaniu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”,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na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warunkach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określonych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w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zapytaniu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ofertowym</w:t>
      </w:r>
      <w:proofErr w:type="spellEnd"/>
      <w:r w:rsidRPr="00B85D3A">
        <w:rPr>
          <w:rFonts w:ascii="Montserrat" w:hAnsi="Montserrat"/>
          <w:b/>
          <w:sz w:val="18"/>
          <w:szCs w:val="18"/>
        </w:rPr>
        <w:t>, za:</w:t>
      </w:r>
    </w:p>
    <w:p w14:paraId="6DF27E4D" w14:textId="2CA52122" w:rsidR="00D21CC6" w:rsidRPr="00B85D3A" w:rsidRDefault="00000000">
      <w:pPr>
        <w:spacing w:after="40"/>
        <w:rPr>
          <w:rFonts w:ascii="Montserrat" w:hAnsi="Montserrat"/>
          <w:sz w:val="18"/>
          <w:szCs w:val="18"/>
        </w:rPr>
      </w:pPr>
      <w:r w:rsidRPr="00B85D3A">
        <w:rPr>
          <w:rFonts w:ascii="Montserrat" w:hAnsi="Montserrat"/>
          <w:b/>
          <w:sz w:val="18"/>
          <w:szCs w:val="18"/>
        </w:rPr>
        <w:t xml:space="preserve">1.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Całkowita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cena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="00B85D3A" w:rsidRPr="00B85D3A">
        <w:rPr>
          <w:rFonts w:ascii="Montserrat" w:hAnsi="Montserrat"/>
          <w:b/>
          <w:sz w:val="18"/>
          <w:szCs w:val="18"/>
        </w:rPr>
        <w:t>godzinowa</w:t>
      </w:r>
      <w:proofErr w:type="spellEnd"/>
      <w:r w:rsidR="00B85D3A" w:rsidRPr="00B85D3A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brutto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za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wykonanie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zamówienia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(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całkowity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koszt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Zamawiającego</w:t>
      </w:r>
      <w:proofErr w:type="spellEnd"/>
      <w:r w:rsidRPr="00B85D3A">
        <w:rPr>
          <w:rFonts w:ascii="Montserrat" w:hAnsi="Montserrat"/>
          <w:b/>
          <w:sz w:val="18"/>
          <w:szCs w:val="18"/>
        </w:rPr>
        <w:t>):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24"/>
      </w:tblGrid>
      <w:tr w:rsidR="00D21CC6" w:rsidRPr="00B85D3A" w14:paraId="7069882F" w14:textId="77777777">
        <w:tc>
          <w:tcPr>
            <w:tcW w:w="9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CC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E438F3" w14:textId="38B59409" w:rsidR="00D21CC6" w:rsidRPr="00B85D3A" w:rsidRDefault="00D21CC6">
            <w:pPr>
              <w:spacing w:after="0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1B9A5EF9" w14:textId="77777777" w:rsidR="00D21CC6" w:rsidRPr="00B85D3A" w:rsidRDefault="00D21CC6">
      <w:pPr>
        <w:spacing w:after="0"/>
        <w:rPr>
          <w:rFonts w:ascii="Montserrat" w:hAnsi="Montserrat"/>
          <w:sz w:val="18"/>
          <w:szCs w:val="18"/>
        </w:rPr>
      </w:pPr>
    </w:p>
    <w:p w14:paraId="1501FE18" w14:textId="77777777" w:rsidR="00D21CC6" w:rsidRPr="00B85D3A" w:rsidRDefault="00000000">
      <w:pPr>
        <w:spacing w:before="120" w:after="80"/>
        <w:rPr>
          <w:rFonts w:ascii="Montserrat" w:hAnsi="Montserrat"/>
          <w:sz w:val="18"/>
          <w:szCs w:val="18"/>
        </w:rPr>
      </w:pPr>
      <w:proofErr w:type="spellStart"/>
      <w:r w:rsidRPr="00B85D3A">
        <w:rPr>
          <w:rFonts w:ascii="Montserrat" w:hAnsi="Montserrat"/>
          <w:b/>
          <w:sz w:val="18"/>
          <w:szCs w:val="18"/>
        </w:rPr>
        <w:t>Oświadczam</w:t>
      </w:r>
      <w:proofErr w:type="spellEnd"/>
      <w:r w:rsidRPr="00B85D3A">
        <w:rPr>
          <w:rFonts w:ascii="Montserrat" w:hAnsi="Montserrat"/>
          <w:b/>
          <w:sz w:val="18"/>
          <w:szCs w:val="18"/>
        </w:rPr>
        <w:t xml:space="preserve">, </w:t>
      </w:r>
      <w:proofErr w:type="spellStart"/>
      <w:r w:rsidRPr="00B85D3A">
        <w:rPr>
          <w:rFonts w:ascii="Montserrat" w:hAnsi="Montserrat"/>
          <w:b/>
          <w:sz w:val="18"/>
          <w:szCs w:val="18"/>
        </w:rPr>
        <w:t>że</w:t>
      </w:r>
      <w:proofErr w:type="spellEnd"/>
      <w:r w:rsidRPr="00B85D3A">
        <w:rPr>
          <w:rFonts w:ascii="Montserrat" w:hAnsi="Montserrat"/>
          <w:b/>
          <w:sz w:val="18"/>
          <w:szCs w:val="18"/>
        </w:rPr>
        <w:t>:</w:t>
      </w:r>
    </w:p>
    <w:p w14:paraId="0C655F0E" w14:textId="025256D6" w:rsidR="00452687" w:rsidRPr="00452687" w:rsidRDefault="00000000" w:rsidP="00452687">
      <w:pPr>
        <w:spacing w:after="16" w:line="228" w:lineRule="auto"/>
        <w:ind w:left="340" w:hanging="170"/>
        <w:rPr>
          <w:rFonts w:ascii="Montserrat" w:hAnsi="Montserrat"/>
          <w:sz w:val="18"/>
          <w:szCs w:val="18"/>
        </w:rPr>
      </w:pPr>
      <w:r w:rsidRPr="00B85D3A">
        <w:rPr>
          <w:rFonts w:ascii="Segoe UI Symbol" w:hAnsi="Segoe UI Symbol" w:cs="Segoe UI Symbol"/>
          <w:sz w:val="18"/>
          <w:szCs w:val="18"/>
        </w:rPr>
        <w:t>☐</w:t>
      </w:r>
      <w:r w:rsidRPr="00B85D3A">
        <w:rPr>
          <w:rFonts w:ascii="Montserrat" w:hAnsi="Montserrat"/>
          <w:sz w:val="18"/>
          <w:szCs w:val="18"/>
        </w:rPr>
        <w:t xml:space="preserve">  </w:t>
      </w:r>
      <w:proofErr w:type="spellStart"/>
      <w:r w:rsidR="00452687">
        <w:rPr>
          <w:rFonts w:ascii="Montserrat" w:hAnsi="Montserrat"/>
          <w:sz w:val="18"/>
          <w:szCs w:val="18"/>
        </w:rPr>
        <w:t>posiadam</w:t>
      </w:r>
      <w:proofErr w:type="spellEnd"/>
      <w:r w:rsidR="00452687">
        <w:rPr>
          <w:rFonts w:ascii="Montserrat" w:hAnsi="Montserrat"/>
          <w:sz w:val="18"/>
          <w:szCs w:val="18"/>
        </w:rPr>
        <w:t xml:space="preserve"> </w:t>
      </w:r>
      <w:r w:rsidR="00452687" w:rsidRPr="00452687">
        <w:rPr>
          <w:rFonts w:ascii="Montserrat" w:hAnsi="Montserrat"/>
          <w:sz w:val="18"/>
          <w:szCs w:val="18"/>
        </w:rPr>
        <w:t xml:space="preserve">minimum 5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lat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doświadczenia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w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zarządzaniu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projektami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społecznymi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i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młodzieżowymi</w:t>
      </w:r>
      <w:proofErr w:type="spellEnd"/>
      <w:r w:rsidR="00452687" w:rsidRPr="00452687">
        <w:rPr>
          <w:rFonts w:ascii="Montserrat" w:hAnsi="Montserrat"/>
          <w:sz w:val="18"/>
          <w:szCs w:val="18"/>
        </w:rPr>
        <w:t>,</w:t>
      </w:r>
    </w:p>
    <w:p w14:paraId="27FC58B4" w14:textId="03F2BF26" w:rsidR="00452687" w:rsidRPr="00452687" w:rsidRDefault="00BC1511" w:rsidP="00452687">
      <w:pPr>
        <w:spacing w:after="16" w:line="228" w:lineRule="auto"/>
        <w:ind w:left="340" w:hanging="170"/>
        <w:rPr>
          <w:rFonts w:ascii="Montserrat" w:hAnsi="Montserrat"/>
          <w:sz w:val="18"/>
          <w:szCs w:val="18"/>
        </w:rPr>
      </w:pPr>
      <w:r w:rsidRPr="00B85D3A">
        <w:rPr>
          <w:rFonts w:ascii="Segoe UI Symbol" w:hAnsi="Segoe UI Symbol" w:cs="Segoe UI Symbol"/>
          <w:sz w:val="18"/>
          <w:szCs w:val="18"/>
        </w:rPr>
        <w:t>☐</w:t>
      </w:r>
      <w:r w:rsidRPr="00B85D3A">
        <w:rPr>
          <w:rFonts w:ascii="Montserrat" w:hAnsi="Montserrat"/>
          <w:sz w:val="18"/>
          <w:szCs w:val="18"/>
        </w:rPr>
        <w:t xml:space="preserve">  </w:t>
      </w:r>
      <w:proofErr w:type="spellStart"/>
      <w:r w:rsidR="00452687">
        <w:rPr>
          <w:rFonts w:ascii="Montserrat" w:hAnsi="Montserrat"/>
          <w:sz w:val="18"/>
          <w:szCs w:val="18"/>
        </w:rPr>
        <w:t>posiadam</w:t>
      </w:r>
      <w:proofErr w:type="spellEnd"/>
      <w:r w:rsid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doświadczenie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w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pracy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z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młodzieżą</w:t>
      </w:r>
      <w:proofErr w:type="spellEnd"/>
      <w:r w:rsidR="00452687" w:rsidRPr="00452687">
        <w:rPr>
          <w:rFonts w:ascii="Montserrat" w:hAnsi="Montserrat"/>
          <w:sz w:val="18"/>
          <w:szCs w:val="18"/>
        </w:rPr>
        <w:t>,</w:t>
      </w:r>
    </w:p>
    <w:p w14:paraId="16E3C936" w14:textId="7B1A9DF3" w:rsidR="00452687" w:rsidRPr="00452687" w:rsidRDefault="00BC1511" w:rsidP="00452687">
      <w:pPr>
        <w:spacing w:after="16" w:line="228" w:lineRule="auto"/>
        <w:ind w:left="340" w:hanging="170"/>
        <w:rPr>
          <w:rFonts w:ascii="Montserrat" w:hAnsi="Montserrat"/>
          <w:sz w:val="18"/>
          <w:szCs w:val="18"/>
        </w:rPr>
      </w:pPr>
      <w:r w:rsidRPr="00B85D3A">
        <w:rPr>
          <w:rFonts w:ascii="Segoe UI Symbol" w:hAnsi="Segoe UI Symbol" w:cs="Segoe UI Symbol"/>
          <w:sz w:val="18"/>
          <w:szCs w:val="18"/>
        </w:rPr>
        <w:t>☐</w:t>
      </w:r>
      <w:r w:rsidRPr="00B85D3A">
        <w:rPr>
          <w:rFonts w:ascii="Montserrat" w:hAnsi="Montserrat"/>
          <w:sz w:val="18"/>
          <w:szCs w:val="18"/>
        </w:rPr>
        <w:t xml:space="preserve">  </w:t>
      </w:r>
      <w:proofErr w:type="spellStart"/>
      <w:r w:rsidR="00452687">
        <w:rPr>
          <w:rFonts w:ascii="Montserrat" w:hAnsi="Montserrat"/>
          <w:sz w:val="18"/>
          <w:szCs w:val="18"/>
        </w:rPr>
        <w:t>posiadam</w:t>
      </w:r>
      <w:proofErr w:type="spellEnd"/>
      <w:r w:rsid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umiejętność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planowania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,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monitorowania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i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rozliczania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projektów</w:t>
      </w:r>
      <w:proofErr w:type="spellEnd"/>
      <w:r w:rsidR="00452687" w:rsidRPr="00452687">
        <w:rPr>
          <w:rFonts w:ascii="Montserrat" w:hAnsi="Montserrat"/>
          <w:sz w:val="18"/>
          <w:szCs w:val="18"/>
        </w:rPr>
        <w:t>,</w:t>
      </w:r>
    </w:p>
    <w:p w14:paraId="3BAACB99" w14:textId="40D11C1F" w:rsidR="00452687" w:rsidRPr="00452687" w:rsidRDefault="00BC1511" w:rsidP="00452687">
      <w:pPr>
        <w:spacing w:after="16" w:line="228" w:lineRule="auto"/>
        <w:ind w:left="340" w:hanging="170"/>
        <w:rPr>
          <w:rFonts w:ascii="Montserrat" w:hAnsi="Montserrat"/>
          <w:sz w:val="18"/>
          <w:szCs w:val="18"/>
        </w:rPr>
      </w:pPr>
      <w:r w:rsidRPr="00B85D3A">
        <w:rPr>
          <w:rFonts w:ascii="Segoe UI Symbol" w:hAnsi="Segoe UI Symbol" w:cs="Segoe UI Symbol"/>
          <w:sz w:val="18"/>
          <w:szCs w:val="18"/>
        </w:rPr>
        <w:t>☐</w:t>
      </w:r>
      <w:r w:rsidRPr="00B85D3A">
        <w:rPr>
          <w:rFonts w:ascii="Montserrat" w:hAnsi="Montserrat"/>
          <w:sz w:val="18"/>
          <w:szCs w:val="18"/>
        </w:rPr>
        <w:t xml:space="preserve">  </w:t>
      </w:r>
      <w:proofErr w:type="spellStart"/>
      <w:r w:rsidR="00452687">
        <w:rPr>
          <w:rFonts w:ascii="Montserrat" w:hAnsi="Montserrat"/>
          <w:sz w:val="18"/>
          <w:szCs w:val="18"/>
        </w:rPr>
        <w:t>posadam</w:t>
      </w:r>
      <w:proofErr w:type="spellEnd"/>
      <w:r w:rsid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doświadczenie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w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prowadzeniu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procesów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partycypacyjnych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i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konsultacyjnych</w:t>
      </w:r>
      <w:proofErr w:type="spellEnd"/>
      <w:r w:rsidR="00452687" w:rsidRPr="00452687">
        <w:rPr>
          <w:rFonts w:ascii="Montserrat" w:hAnsi="Montserrat"/>
          <w:sz w:val="18"/>
          <w:szCs w:val="18"/>
        </w:rPr>
        <w:t>,</w:t>
      </w:r>
    </w:p>
    <w:p w14:paraId="22518227" w14:textId="352EDE74" w:rsidR="00452687" w:rsidRPr="00452687" w:rsidRDefault="00BC1511" w:rsidP="00452687">
      <w:pPr>
        <w:spacing w:after="16" w:line="228" w:lineRule="auto"/>
        <w:ind w:left="340" w:hanging="170"/>
        <w:rPr>
          <w:rFonts w:ascii="Montserrat" w:hAnsi="Montserrat"/>
          <w:sz w:val="18"/>
          <w:szCs w:val="18"/>
        </w:rPr>
      </w:pPr>
      <w:r w:rsidRPr="00B85D3A">
        <w:rPr>
          <w:rFonts w:ascii="Segoe UI Symbol" w:hAnsi="Segoe UI Symbol" w:cs="Segoe UI Symbol"/>
          <w:sz w:val="18"/>
          <w:szCs w:val="18"/>
        </w:rPr>
        <w:t>☐</w:t>
      </w:r>
      <w:r w:rsidRPr="00B85D3A">
        <w:rPr>
          <w:rFonts w:ascii="Montserrat" w:hAnsi="Montserrat"/>
          <w:sz w:val="18"/>
          <w:szCs w:val="18"/>
        </w:rPr>
        <w:t xml:space="preserve">  </w:t>
      </w:r>
      <w:proofErr w:type="spellStart"/>
      <w:r w:rsidR="00452687">
        <w:rPr>
          <w:rFonts w:ascii="Montserrat" w:hAnsi="Montserrat"/>
          <w:sz w:val="18"/>
          <w:szCs w:val="18"/>
        </w:rPr>
        <w:t>znam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metod</w:t>
      </w:r>
      <w:r w:rsidR="00452687">
        <w:rPr>
          <w:rFonts w:ascii="Montserrat" w:hAnsi="Montserrat"/>
          <w:sz w:val="18"/>
          <w:szCs w:val="18"/>
        </w:rPr>
        <w:t>ę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PCM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oraz</w:t>
      </w:r>
      <w:proofErr w:type="spellEnd"/>
      <w:r w:rsidR="00452687" w:rsidRP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452687">
        <w:rPr>
          <w:rFonts w:ascii="Montserrat" w:hAnsi="Montserrat"/>
          <w:sz w:val="18"/>
          <w:szCs w:val="18"/>
        </w:rPr>
        <w:t>narzędzi</w:t>
      </w:r>
      <w:r w:rsidR="00452687">
        <w:rPr>
          <w:rFonts w:ascii="Montserrat" w:hAnsi="Montserrat"/>
          <w:sz w:val="18"/>
          <w:szCs w:val="18"/>
        </w:rPr>
        <w:t>a</w:t>
      </w:r>
      <w:proofErr w:type="spellEnd"/>
      <w:r w:rsid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>
        <w:rPr>
          <w:rFonts w:ascii="Montserrat" w:hAnsi="Montserrat"/>
          <w:sz w:val="18"/>
          <w:szCs w:val="18"/>
        </w:rPr>
        <w:t>monitoringu</w:t>
      </w:r>
      <w:proofErr w:type="spellEnd"/>
      <w:r w:rsid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>
        <w:rPr>
          <w:rFonts w:ascii="Montserrat" w:hAnsi="Montserrat"/>
          <w:sz w:val="18"/>
          <w:szCs w:val="18"/>
        </w:rPr>
        <w:t>i</w:t>
      </w:r>
      <w:proofErr w:type="spellEnd"/>
      <w:r w:rsidR="00452687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>
        <w:rPr>
          <w:rFonts w:ascii="Montserrat" w:hAnsi="Montserrat"/>
          <w:sz w:val="18"/>
          <w:szCs w:val="18"/>
        </w:rPr>
        <w:t>ewaluacji</w:t>
      </w:r>
      <w:proofErr w:type="spellEnd"/>
      <w:r w:rsidR="00452687" w:rsidRPr="00452687">
        <w:rPr>
          <w:rFonts w:ascii="Montserrat" w:hAnsi="Montserrat"/>
          <w:sz w:val="18"/>
          <w:szCs w:val="18"/>
        </w:rPr>
        <w:t>,</w:t>
      </w:r>
    </w:p>
    <w:p w14:paraId="5CB2EFB1" w14:textId="6BC83836" w:rsidR="00452687" w:rsidRPr="00B85D3A" w:rsidRDefault="00BC1511" w:rsidP="00452687">
      <w:pPr>
        <w:spacing w:after="16" w:line="228" w:lineRule="auto"/>
        <w:ind w:left="340" w:hanging="170"/>
        <w:rPr>
          <w:rFonts w:ascii="Montserrat" w:hAnsi="Montserrat"/>
          <w:sz w:val="18"/>
          <w:szCs w:val="18"/>
        </w:rPr>
      </w:pPr>
      <w:r w:rsidRPr="00B85D3A">
        <w:rPr>
          <w:rFonts w:ascii="Segoe UI Symbol" w:hAnsi="Segoe UI Symbol" w:cs="Segoe UI Symbol"/>
          <w:sz w:val="18"/>
          <w:szCs w:val="18"/>
        </w:rPr>
        <w:t>☐</w:t>
      </w:r>
      <w:r w:rsidRPr="00B85D3A">
        <w:rPr>
          <w:rFonts w:ascii="Montserrat" w:hAnsi="Montserrat"/>
          <w:sz w:val="18"/>
          <w:szCs w:val="18"/>
        </w:rPr>
        <w:t xml:space="preserve">  </w:t>
      </w:r>
      <w:proofErr w:type="spellStart"/>
      <w:r w:rsidR="00452687" w:rsidRPr="00B85D3A">
        <w:rPr>
          <w:rFonts w:ascii="Montserrat" w:hAnsi="Montserrat"/>
          <w:sz w:val="18"/>
          <w:szCs w:val="18"/>
        </w:rPr>
        <w:t>posiadam</w:t>
      </w:r>
      <w:proofErr w:type="spellEnd"/>
      <w:r w:rsidR="00452687"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B85D3A">
        <w:rPr>
          <w:rFonts w:ascii="Montserrat" w:hAnsi="Montserrat"/>
          <w:sz w:val="18"/>
          <w:szCs w:val="18"/>
        </w:rPr>
        <w:t>kompetencje</w:t>
      </w:r>
      <w:proofErr w:type="spellEnd"/>
      <w:r w:rsidR="00452687"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B85D3A">
        <w:rPr>
          <w:rFonts w:ascii="Montserrat" w:hAnsi="Montserrat"/>
          <w:sz w:val="18"/>
          <w:szCs w:val="18"/>
        </w:rPr>
        <w:t>komunikacyjne</w:t>
      </w:r>
      <w:proofErr w:type="spellEnd"/>
      <w:r w:rsidR="00452687"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B85D3A">
        <w:rPr>
          <w:rFonts w:ascii="Montserrat" w:hAnsi="Montserrat"/>
          <w:sz w:val="18"/>
          <w:szCs w:val="18"/>
        </w:rPr>
        <w:t>i</w:t>
      </w:r>
      <w:proofErr w:type="spellEnd"/>
      <w:r w:rsidR="00452687"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B85D3A">
        <w:rPr>
          <w:rFonts w:ascii="Montserrat" w:hAnsi="Montserrat"/>
          <w:sz w:val="18"/>
          <w:szCs w:val="18"/>
        </w:rPr>
        <w:t>organizacyjne</w:t>
      </w:r>
      <w:proofErr w:type="spellEnd"/>
      <w:r w:rsidR="00452687"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B85D3A">
        <w:rPr>
          <w:rFonts w:ascii="Montserrat" w:hAnsi="Montserrat"/>
          <w:sz w:val="18"/>
          <w:szCs w:val="18"/>
        </w:rPr>
        <w:t>umożliwiające</w:t>
      </w:r>
      <w:proofErr w:type="spellEnd"/>
      <w:r w:rsidR="00452687"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B85D3A">
        <w:rPr>
          <w:rFonts w:ascii="Montserrat" w:hAnsi="Montserrat"/>
          <w:sz w:val="18"/>
          <w:szCs w:val="18"/>
        </w:rPr>
        <w:t>prawidłowe</w:t>
      </w:r>
      <w:proofErr w:type="spellEnd"/>
      <w:r w:rsidR="00452687"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B85D3A">
        <w:rPr>
          <w:rFonts w:ascii="Montserrat" w:hAnsi="Montserrat"/>
          <w:sz w:val="18"/>
          <w:szCs w:val="18"/>
        </w:rPr>
        <w:t>wykonanie</w:t>
      </w:r>
      <w:proofErr w:type="spellEnd"/>
      <w:r w:rsidR="00452687"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="00452687" w:rsidRPr="00B85D3A">
        <w:rPr>
          <w:rFonts w:ascii="Montserrat" w:hAnsi="Montserrat"/>
          <w:sz w:val="18"/>
          <w:szCs w:val="18"/>
        </w:rPr>
        <w:t>zamówienia</w:t>
      </w:r>
      <w:proofErr w:type="spellEnd"/>
      <w:r w:rsidR="00452687" w:rsidRPr="00B85D3A">
        <w:rPr>
          <w:rFonts w:ascii="Montserrat" w:hAnsi="Montserrat"/>
          <w:sz w:val="18"/>
          <w:szCs w:val="18"/>
        </w:rPr>
        <w:t>;</w:t>
      </w:r>
    </w:p>
    <w:p w14:paraId="48E6EB6C" w14:textId="77777777" w:rsidR="00D21CC6" w:rsidRPr="00B85D3A" w:rsidRDefault="00000000">
      <w:pPr>
        <w:spacing w:after="16" w:line="228" w:lineRule="auto"/>
        <w:ind w:left="340" w:hanging="170"/>
        <w:rPr>
          <w:rFonts w:ascii="Montserrat" w:hAnsi="Montserrat"/>
          <w:sz w:val="18"/>
          <w:szCs w:val="18"/>
        </w:rPr>
      </w:pPr>
      <w:r w:rsidRPr="00B85D3A">
        <w:rPr>
          <w:rFonts w:ascii="Segoe UI Symbol" w:hAnsi="Segoe UI Symbol" w:cs="Segoe UI Symbol"/>
          <w:sz w:val="18"/>
          <w:szCs w:val="18"/>
        </w:rPr>
        <w:t>☐</w:t>
      </w:r>
      <w:r w:rsidRPr="00B85D3A">
        <w:rPr>
          <w:rFonts w:ascii="Montserrat" w:hAnsi="Montserrat"/>
          <w:sz w:val="18"/>
          <w:szCs w:val="18"/>
        </w:rPr>
        <w:t xml:space="preserve">  moja sytuacja organizacyjna i ekonomiczna umożliwia wykonanie usługi przez cały wymagany okres;</w:t>
      </w:r>
    </w:p>
    <w:p w14:paraId="5DE2635A" w14:textId="77777777" w:rsidR="00D21CC6" w:rsidRPr="00B85D3A" w:rsidRDefault="00000000">
      <w:pPr>
        <w:spacing w:after="16" w:line="228" w:lineRule="auto"/>
        <w:ind w:left="340" w:hanging="170"/>
        <w:rPr>
          <w:rFonts w:ascii="Montserrat" w:hAnsi="Montserrat"/>
          <w:sz w:val="18"/>
          <w:szCs w:val="18"/>
        </w:rPr>
      </w:pPr>
      <w:r w:rsidRPr="00B85D3A">
        <w:rPr>
          <w:rFonts w:ascii="Segoe UI Symbol" w:hAnsi="Segoe UI Symbol" w:cs="Segoe UI Symbol"/>
          <w:sz w:val="18"/>
          <w:szCs w:val="18"/>
        </w:rPr>
        <w:t>☐</w:t>
      </w:r>
      <w:r w:rsidRPr="00B85D3A">
        <w:rPr>
          <w:rFonts w:ascii="Montserrat" w:hAnsi="Montserrat"/>
          <w:sz w:val="18"/>
          <w:szCs w:val="18"/>
        </w:rPr>
        <w:t xml:space="preserve">  zapoznałem/-am się z zapytaniem ofertowym, akceptuję jego warunki i nie wnoszę do nich zastrzeżeń;</w:t>
      </w:r>
    </w:p>
    <w:p w14:paraId="510A5AB9" w14:textId="77D04A19" w:rsidR="00D21CC6" w:rsidRDefault="00000000">
      <w:pPr>
        <w:spacing w:after="16" w:line="228" w:lineRule="auto"/>
        <w:ind w:left="340" w:hanging="170"/>
        <w:rPr>
          <w:rFonts w:ascii="Montserrat" w:hAnsi="Montserrat"/>
          <w:sz w:val="18"/>
          <w:szCs w:val="18"/>
        </w:rPr>
      </w:pPr>
      <w:r w:rsidRPr="00B85D3A">
        <w:rPr>
          <w:rFonts w:ascii="Segoe UI Symbol" w:hAnsi="Segoe UI Symbol" w:cs="Segoe UI Symbol"/>
          <w:sz w:val="18"/>
          <w:szCs w:val="18"/>
        </w:rPr>
        <w:t>☐</w:t>
      </w:r>
      <w:r w:rsidRPr="00B85D3A">
        <w:rPr>
          <w:rFonts w:ascii="Montserrat" w:hAnsi="Montserrat"/>
          <w:sz w:val="18"/>
          <w:szCs w:val="18"/>
        </w:rPr>
        <w:t xml:space="preserve"> </w:t>
      </w:r>
      <w:r w:rsidR="00733E46">
        <w:rPr>
          <w:rFonts w:ascii="Montserrat" w:hAnsi="Montserrat"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sz w:val="18"/>
          <w:szCs w:val="18"/>
        </w:rPr>
        <w:t>podana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sz w:val="18"/>
          <w:szCs w:val="18"/>
        </w:rPr>
        <w:t>cena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obejmuje wszystkie koszty wykonania zamówienia, w tym należne podatki, składki, koszty dojazdów, </w:t>
      </w:r>
      <w:proofErr w:type="spellStart"/>
      <w:r w:rsidRPr="00B85D3A">
        <w:rPr>
          <w:rFonts w:ascii="Montserrat" w:hAnsi="Montserrat"/>
          <w:sz w:val="18"/>
          <w:szCs w:val="18"/>
        </w:rPr>
        <w:t>komunikacji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sz w:val="18"/>
          <w:szCs w:val="18"/>
        </w:rPr>
        <w:t>i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sz w:val="18"/>
          <w:szCs w:val="18"/>
        </w:rPr>
        <w:t>przygotowania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sz w:val="18"/>
          <w:szCs w:val="18"/>
        </w:rPr>
        <w:t>dokumentacji</w:t>
      </w:r>
      <w:proofErr w:type="spellEnd"/>
      <w:r w:rsidRPr="00B85D3A">
        <w:rPr>
          <w:rFonts w:ascii="Montserrat" w:hAnsi="Montserrat"/>
          <w:sz w:val="18"/>
          <w:szCs w:val="18"/>
        </w:rPr>
        <w:t>;</w:t>
      </w:r>
    </w:p>
    <w:p w14:paraId="0A8F863C" w14:textId="364AADF2" w:rsidR="00733E46" w:rsidRPr="00B85D3A" w:rsidRDefault="00733E46">
      <w:pPr>
        <w:spacing w:after="16" w:line="228" w:lineRule="auto"/>
        <w:ind w:left="340" w:hanging="170"/>
        <w:rPr>
          <w:rFonts w:ascii="Montserrat" w:hAnsi="Montserrat"/>
          <w:sz w:val="18"/>
          <w:szCs w:val="18"/>
        </w:rPr>
      </w:pPr>
      <w:r w:rsidRPr="00B85D3A">
        <w:rPr>
          <w:rFonts w:ascii="Segoe UI Symbol" w:hAnsi="Segoe UI Symbol" w:cs="Segoe UI Symbol"/>
          <w:sz w:val="18"/>
          <w:szCs w:val="18"/>
        </w:rPr>
        <w:t>☐</w:t>
      </w:r>
      <w:r w:rsidRPr="00B85D3A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 xml:space="preserve"> </w:t>
      </w:r>
      <w:proofErr w:type="spellStart"/>
      <w:r>
        <w:rPr>
          <w:rFonts w:ascii="Montserrat" w:hAnsi="Montserrat"/>
          <w:sz w:val="18"/>
          <w:szCs w:val="18"/>
        </w:rPr>
        <w:t>jestem</w:t>
      </w:r>
      <w:proofErr w:type="spellEnd"/>
      <w:r>
        <w:rPr>
          <w:rFonts w:ascii="Montserrat" w:hAnsi="Montserrat"/>
          <w:sz w:val="18"/>
          <w:szCs w:val="18"/>
        </w:rPr>
        <w:t xml:space="preserve"> </w:t>
      </w:r>
      <w:proofErr w:type="spellStart"/>
      <w:r w:rsidRPr="00733E46">
        <w:rPr>
          <w:rFonts w:ascii="Montserrat" w:hAnsi="Montserrat"/>
          <w:sz w:val="18"/>
          <w:szCs w:val="18"/>
        </w:rPr>
        <w:t>niekara</w:t>
      </w:r>
      <w:r>
        <w:rPr>
          <w:rFonts w:ascii="Montserrat" w:hAnsi="Montserrat"/>
          <w:sz w:val="18"/>
          <w:szCs w:val="18"/>
        </w:rPr>
        <w:t>ny</w:t>
      </w:r>
      <w:proofErr w:type="spellEnd"/>
      <w:r>
        <w:rPr>
          <w:rFonts w:ascii="Montserrat" w:hAnsi="Montserrat"/>
          <w:sz w:val="18"/>
          <w:szCs w:val="18"/>
        </w:rPr>
        <w:t>/a</w:t>
      </w:r>
      <w:r w:rsidRPr="00733E46">
        <w:rPr>
          <w:rFonts w:ascii="Montserrat" w:hAnsi="Montserrat"/>
          <w:sz w:val="18"/>
          <w:szCs w:val="18"/>
        </w:rPr>
        <w:t xml:space="preserve"> za </w:t>
      </w:r>
      <w:proofErr w:type="spellStart"/>
      <w:r w:rsidRPr="00733E46">
        <w:rPr>
          <w:rFonts w:ascii="Montserrat" w:hAnsi="Montserrat"/>
          <w:sz w:val="18"/>
          <w:szCs w:val="18"/>
        </w:rPr>
        <w:t>przestępstwa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</w:t>
      </w:r>
      <w:proofErr w:type="spellStart"/>
      <w:r w:rsidRPr="00733E46">
        <w:rPr>
          <w:rFonts w:ascii="Montserrat" w:hAnsi="Montserrat"/>
          <w:sz w:val="18"/>
          <w:szCs w:val="18"/>
        </w:rPr>
        <w:t>wskazane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w art</w:t>
      </w:r>
      <w:r>
        <w:rPr>
          <w:rFonts w:ascii="Montserrat" w:hAnsi="Montserrat"/>
          <w:sz w:val="18"/>
          <w:szCs w:val="18"/>
        </w:rPr>
        <w:t>.</w:t>
      </w:r>
      <w:r w:rsidRPr="00733E46">
        <w:rPr>
          <w:rFonts w:ascii="Montserrat" w:hAnsi="Montserrat"/>
          <w:sz w:val="18"/>
          <w:szCs w:val="18"/>
        </w:rPr>
        <w:t xml:space="preserve">21 </w:t>
      </w:r>
      <w:proofErr w:type="spellStart"/>
      <w:r w:rsidRPr="00733E46">
        <w:rPr>
          <w:rFonts w:ascii="Montserrat" w:hAnsi="Montserrat"/>
          <w:sz w:val="18"/>
          <w:szCs w:val="18"/>
        </w:rPr>
        <w:t>ust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. 3 </w:t>
      </w:r>
      <w:proofErr w:type="spellStart"/>
      <w:r w:rsidRPr="00733E46">
        <w:rPr>
          <w:rFonts w:ascii="Montserrat" w:hAnsi="Montserrat"/>
          <w:sz w:val="18"/>
          <w:szCs w:val="18"/>
        </w:rPr>
        <w:t>Ustawy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z </w:t>
      </w:r>
      <w:proofErr w:type="spellStart"/>
      <w:r w:rsidRPr="00733E46">
        <w:rPr>
          <w:rFonts w:ascii="Montserrat" w:hAnsi="Montserrat"/>
          <w:sz w:val="18"/>
          <w:szCs w:val="18"/>
        </w:rPr>
        <w:t>dnia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13 maja 2016 r. o </w:t>
      </w:r>
      <w:proofErr w:type="spellStart"/>
      <w:r w:rsidRPr="00733E46">
        <w:rPr>
          <w:rFonts w:ascii="Montserrat" w:hAnsi="Montserrat"/>
          <w:sz w:val="18"/>
          <w:szCs w:val="18"/>
        </w:rPr>
        <w:t>przeciwdziałaniu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</w:t>
      </w:r>
      <w:proofErr w:type="spellStart"/>
      <w:r w:rsidRPr="00733E46">
        <w:rPr>
          <w:rFonts w:ascii="Montserrat" w:hAnsi="Montserrat"/>
          <w:sz w:val="18"/>
          <w:szCs w:val="18"/>
        </w:rPr>
        <w:t>zagrożeniom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</w:t>
      </w:r>
      <w:proofErr w:type="spellStart"/>
      <w:r w:rsidRPr="00733E46">
        <w:rPr>
          <w:rFonts w:ascii="Montserrat" w:hAnsi="Montserrat"/>
          <w:sz w:val="18"/>
          <w:szCs w:val="18"/>
        </w:rPr>
        <w:t>przestępczością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</w:t>
      </w:r>
      <w:proofErr w:type="spellStart"/>
      <w:r w:rsidRPr="00733E46">
        <w:rPr>
          <w:rFonts w:ascii="Montserrat" w:hAnsi="Montserrat"/>
          <w:sz w:val="18"/>
          <w:szCs w:val="18"/>
        </w:rPr>
        <w:t>na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</w:t>
      </w:r>
      <w:proofErr w:type="spellStart"/>
      <w:r w:rsidRPr="00733E46">
        <w:rPr>
          <w:rFonts w:ascii="Montserrat" w:hAnsi="Montserrat"/>
          <w:sz w:val="18"/>
          <w:szCs w:val="18"/>
        </w:rPr>
        <w:t>tle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</w:t>
      </w:r>
      <w:proofErr w:type="spellStart"/>
      <w:r w:rsidRPr="00733E46">
        <w:rPr>
          <w:rFonts w:ascii="Montserrat" w:hAnsi="Montserrat"/>
          <w:sz w:val="18"/>
          <w:szCs w:val="18"/>
        </w:rPr>
        <w:t>seksualnym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</w:t>
      </w:r>
      <w:proofErr w:type="spellStart"/>
      <w:r w:rsidRPr="00733E46">
        <w:rPr>
          <w:rFonts w:ascii="Montserrat" w:hAnsi="Montserrat"/>
          <w:sz w:val="18"/>
          <w:szCs w:val="18"/>
        </w:rPr>
        <w:t>i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</w:t>
      </w:r>
      <w:proofErr w:type="spellStart"/>
      <w:r w:rsidRPr="00733E46">
        <w:rPr>
          <w:rFonts w:ascii="Montserrat" w:hAnsi="Montserrat"/>
          <w:sz w:val="18"/>
          <w:szCs w:val="18"/>
        </w:rPr>
        <w:t>ochronie</w:t>
      </w:r>
      <w:proofErr w:type="spellEnd"/>
      <w:r w:rsidRPr="00733E46">
        <w:rPr>
          <w:rFonts w:ascii="Montserrat" w:hAnsi="Montserrat"/>
          <w:sz w:val="18"/>
          <w:szCs w:val="18"/>
        </w:rPr>
        <w:t xml:space="preserve"> </w:t>
      </w:r>
      <w:proofErr w:type="spellStart"/>
      <w:r w:rsidRPr="00733E46">
        <w:rPr>
          <w:rFonts w:ascii="Montserrat" w:hAnsi="Montserrat"/>
          <w:sz w:val="18"/>
          <w:szCs w:val="18"/>
        </w:rPr>
        <w:t>małoletnich</w:t>
      </w:r>
      <w:proofErr w:type="spellEnd"/>
      <w:r w:rsidRPr="00733E46">
        <w:rPr>
          <w:rFonts w:ascii="Montserrat" w:hAnsi="Montserrat"/>
          <w:sz w:val="18"/>
          <w:szCs w:val="18"/>
        </w:rPr>
        <w:t>.</w:t>
      </w:r>
    </w:p>
    <w:p w14:paraId="15473BAF" w14:textId="03693D5F" w:rsidR="00D21CC6" w:rsidRPr="00B85D3A" w:rsidRDefault="00000000">
      <w:pPr>
        <w:spacing w:after="16" w:line="228" w:lineRule="auto"/>
        <w:ind w:left="340" w:hanging="170"/>
        <w:rPr>
          <w:rFonts w:ascii="Montserrat" w:hAnsi="Montserrat"/>
          <w:sz w:val="18"/>
          <w:szCs w:val="18"/>
        </w:rPr>
      </w:pPr>
      <w:r w:rsidRPr="00B85D3A">
        <w:rPr>
          <w:rFonts w:ascii="Segoe UI Symbol" w:hAnsi="Segoe UI Symbol" w:cs="Segoe UI Symbol"/>
          <w:sz w:val="18"/>
          <w:szCs w:val="18"/>
        </w:rPr>
        <w:t>☐</w:t>
      </w:r>
      <w:r w:rsidRPr="00B85D3A">
        <w:rPr>
          <w:rFonts w:ascii="Montserrat" w:hAnsi="Montserrat"/>
          <w:sz w:val="18"/>
          <w:szCs w:val="18"/>
        </w:rPr>
        <w:t xml:space="preserve">  </w:t>
      </w:r>
      <w:proofErr w:type="spellStart"/>
      <w:r w:rsidRPr="00B85D3A">
        <w:rPr>
          <w:rFonts w:ascii="Montserrat" w:hAnsi="Montserrat"/>
          <w:sz w:val="18"/>
          <w:szCs w:val="18"/>
        </w:rPr>
        <w:t>informacje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sz w:val="18"/>
          <w:szCs w:val="18"/>
        </w:rPr>
        <w:t>podane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w </w:t>
      </w:r>
      <w:proofErr w:type="spellStart"/>
      <w:r w:rsidRPr="00B85D3A">
        <w:rPr>
          <w:rFonts w:ascii="Montserrat" w:hAnsi="Montserrat"/>
          <w:sz w:val="18"/>
          <w:szCs w:val="18"/>
        </w:rPr>
        <w:t>ofercie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 </w:t>
      </w:r>
      <w:proofErr w:type="spellStart"/>
      <w:r w:rsidRPr="00B85D3A">
        <w:rPr>
          <w:rFonts w:ascii="Montserrat" w:hAnsi="Montserrat"/>
          <w:sz w:val="18"/>
          <w:szCs w:val="18"/>
        </w:rPr>
        <w:t>są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sz w:val="18"/>
          <w:szCs w:val="18"/>
        </w:rPr>
        <w:t>prawdziwe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sz w:val="18"/>
          <w:szCs w:val="18"/>
        </w:rPr>
        <w:t>oraz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sz w:val="18"/>
          <w:szCs w:val="18"/>
        </w:rPr>
        <w:t>mogą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</w:t>
      </w:r>
      <w:proofErr w:type="spellStart"/>
      <w:r w:rsidRPr="00B85D3A">
        <w:rPr>
          <w:rFonts w:ascii="Montserrat" w:hAnsi="Montserrat"/>
          <w:sz w:val="18"/>
          <w:szCs w:val="18"/>
        </w:rPr>
        <w:t>zostać</w:t>
      </w:r>
      <w:proofErr w:type="spellEnd"/>
      <w:r w:rsidRPr="00B85D3A">
        <w:rPr>
          <w:rFonts w:ascii="Montserrat" w:hAnsi="Montserrat"/>
          <w:sz w:val="18"/>
          <w:szCs w:val="18"/>
        </w:rPr>
        <w:t xml:space="preserve"> zweryfikowane przez Zamawiającego.</w:t>
      </w:r>
    </w:p>
    <w:p w14:paraId="0C757547" w14:textId="77777777" w:rsidR="00B85D3A" w:rsidRDefault="00B85D3A">
      <w:pPr>
        <w:spacing w:before="240"/>
        <w:jc w:val="right"/>
        <w:rPr>
          <w:rFonts w:ascii="Montserrat" w:hAnsi="Montserrat"/>
          <w:szCs w:val="20"/>
        </w:rPr>
      </w:pPr>
    </w:p>
    <w:p w14:paraId="1C147701" w14:textId="77777777" w:rsidR="00733E46" w:rsidRDefault="00733E46">
      <w:pPr>
        <w:spacing w:before="240"/>
        <w:jc w:val="right"/>
        <w:rPr>
          <w:rFonts w:ascii="Montserrat" w:hAnsi="Montserrat"/>
          <w:sz w:val="18"/>
          <w:szCs w:val="18"/>
        </w:rPr>
      </w:pPr>
    </w:p>
    <w:p w14:paraId="4B23CB7D" w14:textId="69FFF986" w:rsidR="00D21CC6" w:rsidRPr="00B85D3A" w:rsidRDefault="00000000">
      <w:pPr>
        <w:spacing w:before="240"/>
        <w:jc w:val="right"/>
        <w:rPr>
          <w:rFonts w:ascii="Montserrat" w:hAnsi="Montserrat"/>
          <w:sz w:val="18"/>
          <w:szCs w:val="18"/>
        </w:rPr>
      </w:pPr>
      <w:r w:rsidRPr="00B85D3A">
        <w:rPr>
          <w:rFonts w:ascii="Montserrat" w:hAnsi="Montserrat"/>
          <w:sz w:val="18"/>
          <w:szCs w:val="18"/>
        </w:rPr>
        <w:t>................................................................................</w:t>
      </w:r>
    </w:p>
    <w:p w14:paraId="3742585F" w14:textId="77777777" w:rsidR="00D21CC6" w:rsidRPr="00B85D3A" w:rsidRDefault="00000000">
      <w:pPr>
        <w:spacing w:after="0"/>
        <w:jc w:val="right"/>
        <w:rPr>
          <w:rFonts w:ascii="Montserrat" w:hAnsi="Montserrat"/>
          <w:sz w:val="18"/>
          <w:szCs w:val="18"/>
        </w:rPr>
      </w:pPr>
      <w:r w:rsidRPr="00B85D3A">
        <w:rPr>
          <w:rFonts w:ascii="Montserrat" w:hAnsi="Montserrat"/>
          <w:sz w:val="18"/>
          <w:szCs w:val="18"/>
        </w:rPr>
        <w:t>data i podpis oferenta / osoby uprawnionej do reprezentacji</w:t>
      </w:r>
    </w:p>
    <w:sectPr w:rsidR="00D21CC6" w:rsidRPr="00B85D3A" w:rsidSect="00733E46">
      <w:footerReference w:type="default" r:id="rId8"/>
      <w:pgSz w:w="12240" w:h="15840"/>
      <w:pgMar w:top="822" w:right="935" w:bottom="2836" w:left="935" w:header="283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8D0B4" w14:textId="77777777" w:rsidR="00D23E02" w:rsidRDefault="00D23E02">
      <w:pPr>
        <w:spacing w:after="0" w:line="240" w:lineRule="auto"/>
      </w:pPr>
      <w:r>
        <w:separator/>
      </w:r>
    </w:p>
  </w:endnote>
  <w:endnote w:type="continuationSeparator" w:id="0">
    <w:p w14:paraId="527825E8" w14:textId="77777777" w:rsidR="00D23E02" w:rsidRDefault="00D23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CA28" w14:textId="282FD504" w:rsidR="00D21CC6" w:rsidRDefault="0023293A">
    <w:pPr>
      <w:pStyle w:val="Stopka"/>
      <w:jc w:val="center"/>
    </w:pPr>
    <w:r>
      <w:rPr>
        <w:noProof/>
      </w:rPr>
      <w:drawing>
        <wp:inline distT="0" distB="0" distL="0" distR="0" wp14:anchorId="4E0BBB6A" wp14:editId="37977A17">
          <wp:extent cx="6584950" cy="1666875"/>
          <wp:effectExtent l="0" t="0" r="0" b="0"/>
          <wp:docPr id="2801111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547288" name="Obraz 1679547288"/>
                  <pic:cNvPicPr/>
                </pic:nvPicPr>
                <pic:blipFill rotWithShape="1">
                  <a:blip r:embed="rId1"/>
                  <a:srcRect t="7030" b="10938"/>
                  <a:stretch>
                    <a:fillRect/>
                  </a:stretch>
                </pic:blipFill>
                <pic:spPr bwMode="auto">
                  <a:xfrm>
                    <a:off x="0" y="0"/>
                    <a:ext cx="6584950" cy="1666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3D064" w14:textId="77777777" w:rsidR="00D23E02" w:rsidRDefault="00D23E02">
      <w:pPr>
        <w:spacing w:after="0" w:line="240" w:lineRule="auto"/>
      </w:pPr>
      <w:r>
        <w:separator/>
      </w:r>
    </w:p>
  </w:footnote>
  <w:footnote w:type="continuationSeparator" w:id="0">
    <w:p w14:paraId="4A18CFA1" w14:textId="77777777" w:rsidR="00D23E02" w:rsidRDefault="00D23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7701DA"/>
    <w:multiLevelType w:val="hybridMultilevel"/>
    <w:tmpl w:val="90324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922BC"/>
    <w:multiLevelType w:val="hybridMultilevel"/>
    <w:tmpl w:val="86E48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E50BEE"/>
    <w:multiLevelType w:val="hybridMultilevel"/>
    <w:tmpl w:val="ADD8D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576E6E"/>
    <w:multiLevelType w:val="hybridMultilevel"/>
    <w:tmpl w:val="A23AF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865451">
    <w:abstractNumId w:val="8"/>
  </w:num>
  <w:num w:numId="2" w16cid:durableId="1602688295">
    <w:abstractNumId w:val="6"/>
  </w:num>
  <w:num w:numId="3" w16cid:durableId="1905483165">
    <w:abstractNumId w:val="5"/>
  </w:num>
  <w:num w:numId="4" w16cid:durableId="1742948541">
    <w:abstractNumId w:val="4"/>
  </w:num>
  <w:num w:numId="5" w16cid:durableId="1384018929">
    <w:abstractNumId w:val="7"/>
  </w:num>
  <w:num w:numId="6" w16cid:durableId="274409470">
    <w:abstractNumId w:val="3"/>
  </w:num>
  <w:num w:numId="7" w16cid:durableId="991561774">
    <w:abstractNumId w:val="2"/>
  </w:num>
  <w:num w:numId="8" w16cid:durableId="1723945049">
    <w:abstractNumId w:val="1"/>
  </w:num>
  <w:num w:numId="9" w16cid:durableId="1580677072">
    <w:abstractNumId w:val="0"/>
  </w:num>
  <w:num w:numId="10" w16cid:durableId="2085645142">
    <w:abstractNumId w:val="9"/>
  </w:num>
  <w:num w:numId="11" w16cid:durableId="1157498957">
    <w:abstractNumId w:val="10"/>
  </w:num>
  <w:num w:numId="12" w16cid:durableId="1250849168">
    <w:abstractNumId w:val="12"/>
  </w:num>
  <w:num w:numId="13" w16cid:durableId="804852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84D"/>
    <w:rsid w:val="0006063C"/>
    <w:rsid w:val="001269DE"/>
    <w:rsid w:val="0015074B"/>
    <w:rsid w:val="0023293A"/>
    <w:rsid w:val="0029639D"/>
    <w:rsid w:val="002E5C86"/>
    <w:rsid w:val="00326F90"/>
    <w:rsid w:val="00452687"/>
    <w:rsid w:val="004E0958"/>
    <w:rsid w:val="00521414"/>
    <w:rsid w:val="00733E46"/>
    <w:rsid w:val="0077727F"/>
    <w:rsid w:val="008C0A78"/>
    <w:rsid w:val="00902CB9"/>
    <w:rsid w:val="00AA1D8D"/>
    <w:rsid w:val="00B47730"/>
    <w:rsid w:val="00B85D3A"/>
    <w:rsid w:val="00BA4B23"/>
    <w:rsid w:val="00BC1511"/>
    <w:rsid w:val="00CB0664"/>
    <w:rsid w:val="00CE62E9"/>
    <w:rsid w:val="00D21CC6"/>
    <w:rsid w:val="00D23E02"/>
    <w:rsid w:val="00DF4704"/>
    <w:rsid w:val="00E030DB"/>
    <w:rsid w:val="00EB05B7"/>
    <w:rsid w:val="00F947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87AEC8"/>
  <w14:defaultImageDpi w14:val="330"/>
  <w15:docId w15:val="{F704F426-1F82-45EE-90BA-7747620E3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sz w:val="19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  <w:rPr>
      <w:sz w:val="19"/>
    </w:r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Zapytanie ofertowe - koordynacja projektu Rady Seniorów</vt:lpstr>
      <vt:lpstr/>
    </vt:vector>
  </TitlesOfParts>
  <Manager/>
  <Company/>
  <LinksUpToDate>false</LinksUpToDate>
  <CharactersWithSpaces>1657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- koordynacja projektu Rady Seniorów</dc:title>
  <dc:subject>Projekt NOWEFIO 2026</dc:subject>
  <dc:creator>Polska Fundacja Społeczeństwa Przedsiębiorczego</dc:creator>
  <cp:keywords>NOWEFIO, Rady Seniorów, zapytanie ofertowe, koordynacja projektu</cp:keywords>
  <dc:description>generated by python-docx</dc:description>
  <cp:lastModifiedBy>Maciej Patynowski</cp:lastModifiedBy>
  <cp:revision>2</cp:revision>
  <cp:lastPrinted>2026-07-27T14:27:00Z</cp:lastPrinted>
  <dcterms:created xsi:type="dcterms:W3CDTF">2026-09-21T09:37:00Z</dcterms:created>
  <dcterms:modified xsi:type="dcterms:W3CDTF">2026-09-21T09:37:00Z</dcterms:modified>
  <cp:category/>
</cp:coreProperties>
</file>